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203A5F"/>
          <w:sz w:val="34"/>
        </w:rPr>
        <w:t>[MENO A PRIEZVISKO]</w:t>
      </w:r>
    </w:p>
    <w:p>
      <w:pPr>
        <w:spacing w:after="220"/>
        <w:pBdr>
          <w:bottom w:val="single" w:sz="10" w:space="5" w:color="087F8C"/>
        </w:pBdr>
      </w:pPr>
      <w:r>
        <w:rPr>
          <w:rFonts w:ascii="Calibri" w:hAnsi="Calibri"/>
          <w:b w:val="0"/>
          <w:i w:val="0"/>
          <w:color w:val="5B6573"/>
          <w:sz w:val="18"/>
        </w:rPr>
        <w:t>[Mesto]  |  [+421 9xx xxx xxx]  |  [meno@email.sk]  |  [LinkedIn alebo portfólio]</w:t>
      </w:r>
    </w:p>
    <w:p>
      <w:pPr>
        <w:spacing w:after="120"/>
      </w:pPr>
      <w:r>
        <w:rPr>
          <w:rFonts w:ascii="Calibri" w:hAnsi="Calibri"/>
          <w:b w:val="0"/>
          <w:i w:val="0"/>
          <w:color w:val="111827"/>
          <w:sz w:val="21"/>
        </w:rPr>
        <w:t>[NÁZOV ZAMESTNÁVATEĽA]</w:t>
        <w:br/>
        <w:t>[Meno kontaktnej osoby alebo oddelenie]</w:t>
        <w:br/>
        <w:t>[Adresa zamestnávateľa]</w:t>
      </w:r>
    </w:p>
    <w:p>
      <w:pPr>
        <w:spacing w:after="240"/>
        <w:jc w:val="right"/>
      </w:pPr>
      <w:r>
        <w:rPr>
          <w:rFonts w:ascii="Calibri" w:hAnsi="Calibri"/>
          <w:b w:val="0"/>
          <w:i w:val="0"/>
          <w:color w:val="5B6573"/>
          <w:sz w:val="20"/>
        </w:rPr>
        <w:t>[Mesto], [dátum]</w:t>
      </w:r>
    </w:p>
    <w:p>
      <w:pPr>
        <w:spacing w:after="240"/>
      </w:pPr>
      <w:r>
        <w:rPr>
          <w:rFonts w:ascii="Calibri" w:hAnsi="Calibri"/>
          <w:b/>
          <w:i w:val="0"/>
          <w:color w:val="203A5F"/>
          <w:sz w:val="23"/>
        </w:rPr>
        <w:t>Vec: Žiadosť o pracovnú pozíciu [PRESNÝ NÁZOV POZÍCIE]</w:t>
      </w:r>
    </w:p>
    <w:p>
      <w:pPr>
        <w:spacing w:after="180"/>
      </w:pPr>
      <w:r>
        <w:rPr>
          <w:rFonts w:ascii="Calibri" w:hAnsi="Calibri"/>
          <w:b w:val="0"/>
          <w:i w:val="0"/>
          <w:color w:val="111827"/>
          <w:sz w:val="21"/>
        </w:rPr>
        <w:t>Vážená pani [priezvisko] / Vážený pán [priezvisko] / Vážený tím spoločnosti [názov],</w:t>
      </w:r>
    </w:p>
    <w:p>
      <w:pPr>
        <w:spacing w:after="160"/>
      </w:pPr>
      <w:r>
        <w:rPr>
          <w:rFonts w:ascii="Calibri" w:hAnsi="Calibri"/>
          <w:b w:val="0"/>
          <w:i w:val="0"/>
          <w:color w:val="111827"/>
          <w:sz w:val="21"/>
        </w:rPr>
        <w:t>reagujem na ponuku pracovnej pozície [názov pozície], ktorú som našiel/našla na [zdroj]. Zaujala ma najmä požiadavka na [konkrétna úloha alebo zručnosť z inzerátu], pretože v tejto oblasti mám skúsenosť s [stručný konkrétny príklad].</w:t>
      </w:r>
    </w:p>
    <w:p>
      <w:pPr>
        <w:spacing w:after="160"/>
      </w:pPr>
      <w:r>
        <w:rPr>
          <w:rFonts w:ascii="Calibri" w:hAnsi="Calibri"/>
          <w:b w:val="0"/>
          <w:i w:val="0"/>
          <w:color w:val="111827"/>
          <w:sz w:val="21"/>
        </w:rPr>
        <w:t>V pozícii [predchádzajúca pozícia alebo škola/projekt] som [čo ste urobili]. Výsledkom bolo [číslo, úspora času, kvalita, objem práce alebo iný overiteľný dopad]. Táto skúsenosť zodpovedá vašej potrebe [prepojenie na jednu požiadavku z inzerátu] a umožní mi [konkrétny prínos pre tím].</w:t>
      </w:r>
    </w:p>
    <w:p>
      <w:pPr>
        <w:spacing w:after="160"/>
      </w:pPr>
      <w:r>
        <w:rPr>
          <w:rFonts w:ascii="Calibri" w:hAnsi="Calibri"/>
          <w:b w:val="0"/>
          <w:i w:val="0"/>
          <w:color w:val="111827"/>
          <w:sz w:val="21"/>
        </w:rPr>
        <w:t>Na spoločnosti [názov] ma oslovilo [konkrétny produkt, projekt, hodnota alebo spôsob práce z dôveryhodného zdroja]. Viem k tomu prispieť skúsenosťou s [zručnosť] a schopnosťou [druhá relevantná zručnosť], ktorú som využil/a pri [krátky dôkaz].</w:t>
      </w:r>
    </w:p>
    <w:p>
      <w:pPr>
        <w:spacing w:after="220"/>
      </w:pPr>
      <w:r>
        <w:rPr>
          <w:rFonts w:ascii="Calibri" w:hAnsi="Calibri"/>
          <w:b w:val="0"/>
          <w:i w:val="0"/>
          <w:color w:val="111827"/>
          <w:sz w:val="21"/>
        </w:rPr>
        <w:t>Rád/rada na osobnom alebo online pohovore vysvetlím, ako by som svoje skúsenosti využil/a na pozícii [názov]. Nastúpiť môžem [termín alebo výpovedná doba]. Ďakujem za posúdenie mojej žiadosti.</w:t>
      </w:r>
    </w:p>
    <w:p>
      <w:pPr>
        <w:spacing w:after="280"/>
      </w:pPr>
      <w:r>
        <w:rPr>
          <w:rFonts w:ascii="Calibri" w:hAnsi="Calibri"/>
          <w:b w:val="0"/>
          <w:i w:val="0"/>
          <w:color w:val="111827"/>
          <w:sz w:val="21"/>
        </w:rPr>
        <w:t>S pozdravom</w:t>
      </w:r>
    </w:p>
    <w:p>
      <w:pPr>
        <w:spacing w:after="280"/>
      </w:pPr>
      <w:r>
        <w:rPr>
          <w:rFonts w:ascii="Calibri" w:hAnsi="Calibri"/>
          <w:b/>
          <w:i w:val="0"/>
          <w:color w:val="111827"/>
          <w:sz w:val="21"/>
        </w:rPr>
        <w:t>[MENO A PRIEZVISKO]</w:t>
      </w:r>
      <w:r>
        <w:rPr>
          <w:rFonts w:ascii="Calibri" w:hAnsi="Calibri"/>
          <w:b w:val="0"/>
          <w:i w:val="0"/>
          <w:color w:val="111827"/>
          <w:sz w:val="21"/>
        </w:rPr>
      </w:r>
    </w:p>
    <w:p>
      <w:pPr>
        <w:spacing w:after="100"/>
      </w:pPr>
      <w:r>
        <w:rPr>
          <w:rFonts w:ascii="Calibri" w:hAnsi="Calibri"/>
          <w:b w:val="0"/>
          <w:i w:val="0"/>
          <w:color w:val="5B6573"/>
          <w:sz w:val="19"/>
        </w:rPr>
        <w:t>Prílohy: Životopis [a ďalšie dokumenty požadované v inzeráte]</w:t>
      </w:r>
    </w:p>
    <w:p>
      <w:pPr>
        <w:spacing w:before="140" w:after="0"/>
        <w:ind w:left="144" w:right="144"/>
        <w:shd w:fill="EFF6F7"/>
      </w:pPr>
      <w:r>
        <w:rPr>
          <w:rFonts w:ascii="Calibri" w:hAnsi="Calibri"/>
          <w:b w:val="0"/>
          <w:i/>
          <w:color w:val="5B6573"/>
          <w:sz w:val="17"/>
        </w:rPr>
        <w:t>Kontrola pred odoslaním: list držte na jednej strane A4, nahraďte každé všeobecné tvrdenie dôkazom, overte názov pozície aj firmy, odstráňte hranaté zátvorky a uložte ho ako Meno_Priezvisko_Motivacny_list.pdf. Rodinný stav, dátum narodenia, rodné číslo ani fotografiu do listu nepridávajte.</w:t>
      </w:r>
    </w:p>
    <w:sectPr w:rsidR="00FC693F" w:rsidRPr="0006063C" w:rsidSect="00034616">
      <w:pgSz w:w="11905" w:h="16838"/>
      <w:pgMar w:top="893" w:right="1037" w:bottom="893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03A5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203A5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4" w:lineRule="auto"/>
      <w:ind w:left="490" w:hanging="245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4" w:lineRule="auto"/>
      <w:ind w:left="490" w:hanging="245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Motivačný list - základný vzor</dc:title>
  <dc:subject>Praktický vzor na stiahnutie</dc:subject>
  <dc:creator>Bezkecov.sk</dc:creator>
  <cp:keywords>životopis, motivačný list, vzor, práca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