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OZNÁMENIE O SKONČENÍ PRACOVNÉHO POMERU V SKÚŠOBNEJ DOBE</w:t>
      </w:r>
    </w:p>
    <w:p>
      <w:pPr>
        <w:spacing w:after="240"/>
      </w:pPr>
      <w:r>
        <w:rPr>
          <w:i/>
          <w:color w:val="666666"/>
        </w:rPr>
        <w:t>Vzor zamestnanca podľa § 72 zákona č. 311/2001 Z. z. Zákonníka práce</w:t>
      </w:r>
    </w:p>
    <w:p>
      <w:pPr>
        <w:spacing w:after="200"/>
        <w:pBdr>
          <w:bottom w:val="single" w:sz="10" w:space="1" w:color="2E74B5"/>
        </w:pBdr>
      </w:pP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Údaj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Vyplňte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Zamestnanec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[meno, priezvisko, adresa]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Zamestnávateľ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[obchodné meno, sídlo, IČO]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Pracovná zmluva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[dátum uzatvorenia pracovnej zmluvy]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Pracovná pozícia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[druh práce / názov pozície]</w:t>
            </w:r>
          </w:p>
        </w:tc>
      </w:tr>
    </w:tbl>
    <w:p>
      <w:pPr>
        <w:pStyle w:val="Heading2"/>
      </w:pPr>
      <w:r>
        <w:t>Oznámenie</w:t>
      </w:r>
    </w:p>
    <w:p>
      <w:pPr>
        <w:spacing w:after="120"/>
      </w:pPr>
      <w:r>
        <w:rPr>
          <w:b w:val="0"/>
          <w:i w:val="0"/>
        </w:rPr>
        <w:t>Týmto Vám podľa § 72 zákona č. 311/2001 Z. z. Zákonníka práce oznamujem, že končím pracovný pomer založený pracovnou zmluvou uvedenou vyššie v skúšobnej dobe.</w:t>
      </w:r>
    </w:p>
    <w:p>
      <w:pPr>
        <w:spacing w:after="200"/>
      </w:pPr>
      <w:r>
        <w:rPr>
          <w:b/>
          <w:i w:val="0"/>
        </w:rPr>
        <w:t>Pracovný pomer sa skončí dňa [DD. MM. RRRR].</w:t>
      </w:r>
    </w:p>
    <w:p>
      <w:pPr>
        <w:spacing w:after="200"/>
      </w:pPr>
      <w:r>
        <w:rPr>
          <w:b w:val="0"/>
          <w:i w:val="0"/>
        </w:rPr>
        <w:t>Žiadam o vydanie potvrdenia o zamestnaní podľa § 75 Zákonníka práce a o vysporiadanie mzdy a ostatných nárokov súvisiacich so skončením pracovného pomeru.</w:t>
      </w:r>
    </w:p>
    <w:p>
      <w:pPr>
        <w:pStyle w:val="Heading2"/>
      </w:pPr>
      <w:r>
        <w:t>Miesto a dátum</w:t>
      </w:r>
    </w:p>
    <w:p>
      <w:pPr>
        <w:spacing w:after="360"/>
      </w:pPr>
      <w:r>
        <w:rPr>
          <w:b w:val="0"/>
          <w:i w:val="0"/>
        </w:rPr>
        <w:t>V [miesto], dňa [DD. MM. RRRR]</w:t>
      </w:r>
    </w:p>
    <w:p>
      <w:pPr>
        <w:tabs>
          <w:tab w:pos="4824" w:val="left"/>
        </w:tabs>
        <w:spacing w:after="40"/>
      </w:pPr>
      <w:r>
        <w:t>................................................</w:t>
      </w:r>
      <w:r>
        <w:tab/>
        <w:t>................................................</w:t>
      </w:r>
    </w:p>
    <w:p>
      <w:pPr>
        <w:tabs>
          <w:tab w:pos="4824" w:val="left"/>
        </w:tabs>
        <w:spacing w:after="40"/>
      </w:pPr>
      <w:r>
        <w:rPr>
          <w:i/>
        </w:rPr>
        <w:t>[meno a priezvisko]</w:t>
      </w:r>
      <w:r>
        <w:rPr>
          <w:i/>
        </w:rPr>
        <w:tab/>
        <w:t>potvrdenie prevzatia zamestnávateľom</w:t>
      </w:r>
    </w:p>
    <w:p>
      <w:pPr>
        <w:tabs>
          <w:tab w:pos="4824" w:val="left"/>
        </w:tabs>
        <w:spacing w:after="160"/>
      </w:pPr>
      <w:r>
        <w:rPr>
          <w:i/>
        </w:rPr>
        <w:t>zamestnanec</w:t>
      </w:r>
      <w:r>
        <w:rPr>
          <w:i/>
        </w:rPr>
        <w:tab/>
        <w:t>[dátum, meno a podpis]</w:t>
      </w:r>
    </w:p>
    <w:p>
      <w:pPr>
        <w:spacing w:before="160" w:after="120"/>
      </w:pPr>
      <w:r>
        <w:rPr>
          <w:i/>
          <w:color w:val="666666"/>
          <w:sz w:val="18"/>
        </w:rPr>
        <w:t>Kontrola: Overte, že písomne dohodnutá skúšobná doba v deň skončenia ešte trvá. Za celú neodpracovanú zmenu pre prekážku na strane zamestnanca sa predlžuje o jeden deň. Dôvod uvádzať nemusíte. Dokument doručte spravidla aspoň tri dni pred skončením a prevzatie si potvrďte na kópii.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66666"/>
        <w:sz w:val="16"/>
      </w:rPr>
      <w:t xml:space="preserve">Vzor pripravil bezkecov.sk  |  stav k 28. 7. 2026  |  strana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color w:val="666666"/>
        <w:sz w:val="16"/>
      </w:rPr>
      <w:t>BEZ KECOV  |  Skončenie v skúšobnej dobe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36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Skončenie v skúšobnej dobe</dc:title>
  <dc:subject>Praktický slovenský vzor</dc:subject>
  <dc:creator>Martin Pavlič, bezkecov.sk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