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Calibri" w:hAnsi="Calibri"/>
          <w:b/>
          <w:i w:val="0"/>
          <w:color w:val="203A5F"/>
          <w:sz w:val="46"/>
        </w:rPr>
        <w:t>[MENO A PRIEZVISKO]</w:t>
      </w:r>
    </w:p>
    <w:p>
      <w:pPr>
        <w:spacing w:after="100"/>
        <w:jc w:val="center"/>
      </w:pPr>
      <w:r>
        <w:rPr>
          <w:rFonts w:ascii="Calibri" w:hAnsi="Calibri"/>
          <w:b/>
          <w:i w:val="0"/>
          <w:color w:val="087F8C"/>
          <w:sz w:val="23"/>
        </w:rPr>
        <w:t>[NÁZOV POZÍCIE ALEBO PROFESIJNÉ ZAMERANIE]</w:t>
      </w:r>
    </w:p>
    <w:p>
      <w:pPr>
        <w:spacing w:after="180"/>
        <w:jc w:val="center"/>
        <w:pBdr>
          <w:bottom w:val="single" w:sz="8" w:space="5" w:color="DCE3EA"/>
        </w:pBdr>
      </w:pPr>
      <w:r>
        <w:rPr>
          <w:rFonts w:ascii="Calibri" w:hAnsi="Calibri"/>
          <w:b w:val="0"/>
          <w:i w:val="0"/>
          <w:color w:val="5B6573"/>
          <w:sz w:val="18"/>
        </w:rPr>
        <w:t>[Mesto]  |  [+421 9xx xxx xxx]  |  [meno@email.sk]  |  [LinkedIn alebo portfólio]</w:t>
      </w:r>
    </w:p>
    <w:p>
      <w:pPr>
        <w:pStyle w:val="Heading1"/>
        <w:keepNext/>
        <w:pBdr>
          <w:bottom w:val="single" w:sz="10" w:space="4" w:color="087F8C"/>
        </w:pBdr>
      </w:pPr>
      <w:r>
        <w:rPr>
          <w:rFonts w:ascii="Calibri" w:hAnsi="Calibri"/>
          <w:b/>
          <w:i w:val="0"/>
          <w:color w:val="203A5F"/>
          <w:sz w:val="22"/>
        </w:rPr>
        <w:t>PROFESIJNÝ PROFIL</w:t>
      </w:r>
    </w:p>
    <w:p>
      <w:pPr>
        <w:spacing w:after="80"/>
      </w:pPr>
      <w:r>
        <w:rPr>
          <w:rFonts w:ascii="Calibri" w:hAnsi="Calibri"/>
          <w:b w:val="0"/>
          <w:i w:val="0"/>
          <w:color w:val="111827"/>
          <w:sz w:val="21"/>
        </w:rPr>
        <w:t>[Profesijné zameranie] s [X rokmi] skúseností v oblasti [oblasť]. Mám prax s [2 až 3 relevantné činnosti alebo nástroje]. V poslednej pozícii som [konkrétny výsledok s číslom alebo jasným dopadom]. Hľadám uplatnenie ako [názov pozície], kde využijem [kľúčová zručnosť].</w:t>
      </w:r>
    </w:p>
    <w:p>
      <w:pPr>
        <w:pStyle w:val="Heading1"/>
        <w:keepNext/>
        <w:pBdr>
          <w:bottom w:val="single" w:sz="10" w:space="4" w:color="087F8C"/>
        </w:pBdr>
      </w:pPr>
      <w:r>
        <w:rPr>
          <w:rFonts w:ascii="Calibri" w:hAnsi="Calibri"/>
          <w:b/>
          <w:i w:val="0"/>
          <w:color w:val="203A5F"/>
          <w:sz w:val="22"/>
        </w:rPr>
        <w:t>PRACOVNÉ SKÚSENOSTI</w:t>
      </w:r>
    </w:p>
    <w:p>
      <w:pPr>
        <w:spacing w:after="20"/>
      </w:pPr>
      <w:r>
        <w:rPr>
          <w:rFonts w:ascii="Calibri" w:hAnsi="Calibri"/>
          <w:b/>
          <w:i w:val="0"/>
          <w:color w:val="111827"/>
          <w:sz w:val="21"/>
        </w:rPr>
        <w:t>[MM/RRRR - súčasnosť]  [NÁZOV POZÍCIE]</w:t>
      </w:r>
    </w:p>
    <w:p>
      <w:pPr>
        <w:spacing w:after="60"/>
      </w:pPr>
      <w:r>
        <w:rPr>
          <w:rFonts w:ascii="Calibri" w:hAnsi="Calibri"/>
          <w:b w:val="0"/>
          <w:i/>
          <w:color w:val="5B6573"/>
          <w:sz w:val="19"/>
        </w:rPr>
        <w:t>[Zamestnávateľ], [mesto]</w:t>
      </w:r>
    </w:p>
    <w:p>
      <w:pPr>
        <w:pStyle w:val="ListBullet"/>
        <w:keepLines/>
      </w:pPr>
      <w:r>
        <w:rPr>
          <w:rFonts w:ascii="Calibri" w:hAnsi="Calibri"/>
          <w:b w:val="0"/>
          <w:i w:val="0"/>
          <w:color w:val="111827"/>
          <w:sz w:val="20"/>
        </w:rPr>
        <w:t>[Akčné sloveso] [čo ste robili] pre [koho alebo v akom rozsahu], výsledok: [číslo alebo dopad].</w:t>
      </w:r>
    </w:p>
    <w:p>
      <w:pPr>
        <w:pStyle w:val="ListBullet"/>
        <w:keepLines/>
      </w:pPr>
      <w:r>
        <w:rPr>
          <w:rFonts w:ascii="Calibri" w:hAnsi="Calibri"/>
          <w:b w:val="0"/>
          <w:i w:val="0"/>
          <w:color w:val="111827"/>
          <w:sz w:val="20"/>
        </w:rPr>
        <w:t>[Zlepšil/a, spracoval/a, koordinoval/a] [proces alebo úlohu] pomocou [nástroj], čím sa [výsledok].</w:t>
      </w:r>
    </w:p>
    <w:p>
      <w:pPr>
        <w:pStyle w:val="ListBullet"/>
        <w:keepLines/>
      </w:pPr>
      <w:r>
        <w:rPr>
          <w:rFonts w:ascii="Calibri" w:hAnsi="Calibri"/>
          <w:b w:val="0"/>
          <w:i w:val="0"/>
          <w:color w:val="111827"/>
          <w:sz w:val="20"/>
        </w:rPr>
        <w:t>Príklad: Spracoval/a som približne 120 objednávok mesačne s priemernou chybovosťou pod 1 %.</w:t>
      </w:r>
    </w:p>
    <w:p>
      <w:pPr>
        <w:spacing w:before="60" w:after="20"/>
      </w:pPr>
      <w:r>
        <w:rPr>
          <w:rFonts w:ascii="Calibri" w:hAnsi="Calibri"/>
          <w:b/>
          <w:i w:val="0"/>
          <w:color w:val="111827"/>
          <w:sz w:val="21"/>
        </w:rPr>
        <w:t>[MM/RRRR - MM/RRRR]  [PREDCHÁDZAJÚCA POZÍCIA]</w:t>
      </w:r>
    </w:p>
    <w:p>
      <w:pPr>
        <w:spacing w:after="60"/>
      </w:pPr>
      <w:r>
        <w:rPr>
          <w:rFonts w:ascii="Calibri" w:hAnsi="Calibri"/>
          <w:b w:val="0"/>
          <w:i/>
          <w:color w:val="5B6573"/>
          <w:sz w:val="19"/>
        </w:rPr>
        <w:t>[Zamestnávateľ], [mesto]</w:t>
      </w:r>
    </w:p>
    <w:p>
      <w:pPr>
        <w:pStyle w:val="ListBullet"/>
        <w:keepLines/>
      </w:pPr>
      <w:r>
        <w:rPr>
          <w:rFonts w:ascii="Calibri" w:hAnsi="Calibri"/>
          <w:b w:val="0"/>
          <w:i w:val="0"/>
          <w:color w:val="111827"/>
          <w:sz w:val="20"/>
        </w:rPr>
        <w:t>[Najrelevantnejšia zodpovednosť a jej výsledok.]</w:t>
      </w:r>
    </w:p>
    <w:p>
      <w:pPr>
        <w:pStyle w:val="ListBullet"/>
        <w:keepLines/>
      </w:pPr>
      <w:r>
        <w:rPr>
          <w:rFonts w:ascii="Calibri" w:hAnsi="Calibri"/>
          <w:b w:val="0"/>
          <w:i w:val="0"/>
          <w:color w:val="111827"/>
          <w:sz w:val="20"/>
        </w:rPr>
        <w:t>[Druhý výsledok alebo zručnosť, ktorá sa zhoduje s inzerátom.]</w:t>
      </w:r>
    </w:p>
    <w:p>
      <w:pPr>
        <w:pStyle w:val="Heading1"/>
        <w:keepNext/>
        <w:pBdr>
          <w:bottom w:val="single" w:sz="10" w:space="4" w:color="087F8C"/>
        </w:pBdr>
      </w:pPr>
      <w:r>
        <w:rPr>
          <w:rFonts w:ascii="Calibri" w:hAnsi="Calibri"/>
          <w:b/>
          <w:i w:val="0"/>
          <w:color w:val="203A5F"/>
          <w:sz w:val="22"/>
        </w:rPr>
        <w:t>VZDELANIE</w:t>
      </w:r>
    </w:p>
    <w:p>
      <w:pPr>
        <w:spacing w:after="20"/>
      </w:pPr>
      <w:r>
        <w:rPr>
          <w:rFonts w:ascii="Calibri" w:hAnsi="Calibri"/>
          <w:b/>
          <w:i w:val="0"/>
          <w:color w:val="111827"/>
          <w:sz w:val="21"/>
        </w:rPr>
        <w:t>[RRRR - RRRR]  [ŠKOLA A ODBOR]</w:t>
      </w:r>
    </w:p>
    <w:p>
      <w:pPr>
        <w:spacing w:after="60"/>
      </w:pPr>
      <w:r>
        <w:rPr>
          <w:rFonts w:ascii="Calibri" w:hAnsi="Calibri"/>
          <w:b w:val="0"/>
          <w:i w:val="0"/>
          <w:color w:val="5B6573"/>
          <w:sz w:val="19"/>
        </w:rPr>
        <w:t>[Dosiahnutý stupeň alebo titul], [mesto]</w:t>
      </w:r>
    </w:p>
    <w:p>
      <w:pPr>
        <w:spacing w:after="40"/>
      </w:pPr>
      <w:r>
        <w:rPr>
          <w:rFonts w:ascii="Calibri" w:hAnsi="Calibri"/>
          <w:b w:val="0"/>
          <w:i w:val="0"/>
          <w:color w:val="111827"/>
          <w:sz w:val="21"/>
        </w:rPr>
        <w:t>[Voliteľne: relevantný projekt, záverečná práca, odborná prax alebo predmety. Vynechajte, ak už máte dlhšiu pracovnú prax.]</w:t>
      </w:r>
    </w:p>
    <w:p>
      <w:pPr>
        <w:pStyle w:val="Heading1"/>
        <w:keepNext/>
        <w:pBdr>
          <w:bottom w:val="single" w:sz="10" w:space="4" w:color="087F8C"/>
        </w:pBdr>
      </w:pPr>
      <w:r>
        <w:rPr>
          <w:rFonts w:ascii="Calibri" w:hAnsi="Calibri"/>
          <w:b/>
          <w:i w:val="0"/>
          <w:color w:val="203A5F"/>
          <w:sz w:val="22"/>
        </w:rPr>
        <w:t>ZRUČNOSTI A JAZYKY</w:t>
      </w:r>
    </w:p>
    <w:p>
      <w:pPr>
        <w:pStyle w:val="ListBullet"/>
        <w:keepLines/>
      </w:pPr>
      <w:r>
        <w:rPr>
          <w:rFonts w:ascii="Calibri" w:hAnsi="Calibri"/>
          <w:b w:val="0"/>
          <w:i w:val="0"/>
          <w:color w:val="111827"/>
          <w:sz w:val="20"/>
        </w:rPr>
        <w:t>Odborné: [Excel - kontingenčné tabuľky], [účtovný systém], [CRM], [ďalšia relevantná zručnosť]</w:t>
      </w:r>
    </w:p>
    <w:p>
      <w:pPr>
        <w:pStyle w:val="ListBullet"/>
        <w:keepLines/>
      </w:pPr>
      <w:r>
        <w:rPr>
          <w:rFonts w:ascii="Calibri" w:hAnsi="Calibri"/>
          <w:b w:val="0"/>
          <w:i w:val="0"/>
          <w:color w:val="111827"/>
          <w:sz w:val="20"/>
        </w:rPr>
        <w:t>Jazyky: [slovenčina - materinský jazyk], [angličtina - B2], [nemčina - A2]</w:t>
      </w:r>
    </w:p>
    <w:p>
      <w:pPr>
        <w:pStyle w:val="ListBullet"/>
        <w:keepLines/>
      </w:pPr>
      <w:r>
        <w:rPr>
          <w:rFonts w:ascii="Calibri" w:hAnsi="Calibri"/>
          <w:b w:val="0"/>
          <w:i w:val="0"/>
          <w:color w:val="111827"/>
          <w:sz w:val="20"/>
        </w:rPr>
        <w:t>Certifikáty a oprávnenia: [názov, organizácia, rok platnosti]</w:t>
      </w:r>
    </w:p>
    <w:p>
      <w:pPr>
        <w:pStyle w:val="Heading1"/>
        <w:keepNext/>
        <w:pBdr>
          <w:bottom w:val="single" w:sz="10" w:space="4" w:color="087F8C"/>
        </w:pBdr>
      </w:pPr>
      <w:r>
        <w:rPr>
          <w:rFonts w:ascii="Calibri" w:hAnsi="Calibri"/>
          <w:b/>
          <w:i w:val="0"/>
          <w:color w:val="203A5F"/>
          <w:sz w:val="22"/>
        </w:rPr>
        <w:t>ĎALŠIE RELEVANTNÉ SKÚSENOSTI</w:t>
      </w:r>
    </w:p>
    <w:p>
      <w:pPr>
        <w:spacing w:after="40"/>
      </w:pPr>
      <w:r>
        <w:rPr>
          <w:rFonts w:ascii="Calibri" w:hAnsi="Calibri"/>
          <w:b w:val="0"/>
          <w:i w:val="0"/>
          <w:color w:val="111827"/>
          <w:sz w:val="21"/>
        </w:rPr>
        <w:t>[Dobrovoľníctvo, vlastný projekt, vodičské oprávnenie alebo portfólio uvádzajte iba vtedy, keď podporuje konkrétnu pracovnú pozíciu.]</w:t>
      </w:r>
    </w:p>
    <w:p>
      <w:pPr>
        <w:spacing w:before="140" w:after="0"/>
        <w:ind w:left="144" w:right="144"/>
        <w:shd w:fill="EFF6F7"/>
      </w:pPr>
      <w:r>
        <w:rPr>
          <w:rFonts w:ascii="Calibri" w:hAnsi="Calibri"/>
          <w:b w:val="0"/>
          <w:i/>
          <w:color w:val="5B6573"/>
          <w:sz w:val="17"/>
        </w:rPr>
        <w:t>Pred odoslaním: odstráňte všetky hranaté zátvorky, prispôsobte profil a prvé odrážky inzerátu, skontrolujte telefón aj e-mail a dokument uložte ako Meno_Priezvisko_Zivotopis.pdf. Fotografiu, dátum narodenia, rodinný stav ani úplnú adresu pridávať nemusíte.</w:t>
      </w:r>
    </w:p>
    <w:sectPr w:rsidR="00FC693F" w:rsidRPr="0006063C" w:rsidSect="00034616">
      <w:pgSz w:w="11905" w:h="16838"/>
      <w:pgMar w:top="893" w:right="1037" w:bottom="893" w:left="1037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64" w:lineRule="auto"/>
    </w:pPr>
    <w:rPr>
      <w:rFonts w:ascii="Calibri" w:hAnsi="Calibri"/>
      <w:color w:val="11182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203A5F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 w:ascii="Calibri" w:hAnsi="Calibri"/>
      <w:b/>
      <w:bCs/>
      <w:color w:val="203A5F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64" w:lineRule="auto"/>
      <w:ind w:left="490" w:hanging="245"/>
      <w:contextualSpacing/>
    </w:pPr>
    <w:rPr>
      <w:rFonts w:ascii="Calibri" w:hAnsi="Calibr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64" w:lineRule="auto"/>
      <w:ind w:left="490" w:hanging="245"/>
      <w:contextualSpacing/>
    </w:pPr>
    <w:rPr>
      <w:rFonts w:ascii="Calibri" w:hAnsi="Calibr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Životopis - základný vzor</dc:title>
  <dc:subject>Praktický vzor na stiahnutie</dc:subject>
  <dc:creator>Bezkecov.sk</dc:creator>
  <cp:keywords>životopis, motivačný list, vzor, práca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